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3E374" w14:textId="132A7D1A" w:rsidR="005273AC" w:rsidRPr="00CA6837" w:rsidRDefault="00461228">
      <w:pPr>
        <w:pStyle w:val="Heading1"/>
        <w:jc w:val="center"/>
        <w:rPr>
          <w:color w:val="000000" w:themeColor="text1"/>
        </w:rPr>
      </w:pPr>
      <w:r>
        <w:rPr>
          <w:color w:val="000000" w:themeColor="text1"/>
        </w:rPr>
        <w:t>The Utah AI Moonshot</w:t>
      </w:r>
    </w:p>
    <w:p w14:paraId="2299B7A1" w14:textId="77777777" w:rsidR="005273AC" w:rsidRPr="00CA6837" w:rsidRDefault="00000000">
      <w:pPr>
        <w:jc w:val="center"/>
        <w:rPr>
          <w:color w:val="000000" w:themeColor="text1"/>
        </w:rPr>
      </w:pPr>
      <w:r w:rsidRPr="00CA6837">
        <w:rPr>
          <w:b/>
          <w:color w:val="000000" w:themeColor="text1"/>
        </w:rPr>
        <w:t>Proposal Cover Page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0"/>
        <w:gridCol w:w="5985"/>
      </w:tblGrid>
      <w:tr w:rsidR="005273AC" w:rsidRPr="00CA6837" w14:paraId="2C5E3F27" w14:textId="77777777" w:rsidTr="00CA6837">
        <w:trPr>
          <w:jc w:val="center"/>
        </w:trPr>
        <w:tc>
          <w:tcPr>
            <w:tcW w:w="3960" w:type="dxa"/>
          </w:tcPr>
          <w:p w14:paraId="7E2650D5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Project Title</w:t>
            </w:r>
          </w:p>
        </w:tc>
        <w:tc>
          <w:tcPr>
            <w:tcW w:w="5985" w:type="dxa"/>
          </w:tcPr>
          <w:p w14:paraId="1EF8082C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40FB4C89" w14:textId="77777777" w:rsidTr="00CA6837">
        <w:trPr>
          <w:jc w:val="center"/>
        </w:trPr>
        <w:tc>
          <w:tcPr>
            <w:tcW w:w="3960" w:type="dxa"/>
          </w:tcPr>
          <w:p w14:paraId="36A9735D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Project Acronym (optional)</w:t>
            </w:r>
          </w:p>
        </w:tc>
        <w:tc>
          <w:tcPr>
            <w:tcW w:w="5985" w:type="dxa"/>
          </w:tcPr>
          <w:p w14:paraId="1DBB9978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4FC906DD" w14:textId="77777777" w:rsidTr="00CA6837">
        <w:trPr>
          <w:jc w:val="center"/>
        </w:trPr>
        <w:tc>
          <w:tcPr>
            <w:tcW w:w="3960" w:type="dxa"/>
          </w:tcPr>
          <w:p w14:paraId="03B4099A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Principal Investigator</w:t>
            </w:r>
          </w:p>
        </w:tc>
        <w:tc>
          <w:tcPr>
            <w:tcW w:w="5985" w:type="dxa"/>
          </w:tcPr>
          <w:p w14:paraId="2CE106A7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352E1F88" w14:textId="77777777" w:rsidTr="00CA6837">
        <w:trPr>
          <w:jc w:val="center"/>
        </w:trPr>
        <w:tc>
          <w:tcPr>
            <w:tcW w:w="3960" w:type="dxa"/>
          </w:tcPr>
          <w:p w14:paraId="6E193016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Title / Department</w:t>
            </w:r>
          </w:p>
        </w:tc>
        <w:tc>
          <w:tcPr>
            <w:tcW w:w="5985" w:type="dxa"/>
          </w:tcPr>
          <w:p w14:paraId="5756BA18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6CD0D363" w14:textId="77777777" w:rsidTr="00CA6837">
        <w:trPr>
          <w:jc w:val="center"/>
        </w:trPr>
        <w:tc>
          <w:tcPr>
            <w:tcW w:w="3960" w:type="dxa"/>
          </w:tcPr>
          <w:p w14:paraId="457C8510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Institution</w:t>
            </w:r>
          </w:p>
        </w:tc>
        <w:tc>
          <w:tcPr>
            <w:tcW w:w="5985" w:type="dxa"/>
          </w:tcPr>
          <w:p w14:paraId="55099CCA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2881C1B0" w14:textId="77777777" w:rsidTr="00CA6837">
        <w:trPr>
          <w:jc w:val="center"/>
        </w:trPr>
        <w:tc>
          <w:tcPr>
            <w:tcW w:w="3960" w:type="dxa"/>
          </w:tcPr>
          <w:p w14:paraId="224A6D49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Email</w:t>
            </w:r>
          </w:p>
        </w:tc>
        <w:tc>
          <w:tcPr>
            <w:tcW w:w="5985" w:type="dxa"/>
          </w:tcPr>
          <w:p w14:paraId="1C4F47CA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6068D904" w14:textId="77777777" w:rsidTr="00CA6837">
        <w:trPr>
          <w:jc w:val="center"/>
        </w:trPr>
        <w:tc>
          <w:tcPr>
            <w:tcW w:w="3960" w:type="dxa"/>
          </w:tcPr>
          <w:p w14:paraId="14F04459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Phone</w:t>
            </w:r>
          </w:p>
        </w:tc>
        <w:tc>
          <w:tcPr>
            <w:tcW w:w="5985" w:type="dxa"/>
          </w:tcPr>
          <w:p w14:paraId="607AC1C7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2F942441" w14:textId="77777777" w:rsidTr="00CA6837">
        <w:trPr>
          <w:jc w:val="center"/>
        </w:trPr>
        <w:tc>
          <w:tcPr>
            <w:tcW w:w="3960" w:type="dxa"/>
          </w:tcPr>
          <w:p w14:paraId="315A539C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Lead Project Manager</w:t>
            </w:r>
          </w:p>
        </w:tc>
        <w:tc>
          <w:tcPr>
            <w:tcW w:w="5985" w:type="dxa"/>
          </w:tcPr>
          <w:p w14:paraId="71464363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</w:tbl>
    <w:p w14:paraId="613F8BAE" w14:textId="1B0EAD51" w:rsidR="005273AC" w:rsidRPr="00CA6837" w:rsidRDefault="00000000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>Grant Track</w:t>
      </w:r>
      <w:r w:rsidR="00CA6837">
        <w:rPr>
          <w:color w:val="000000" w:themeColor="text1"/>
        </w:rPr>
        <w:t xml:space="preserve"> (select only one)</w:t>
      </w:r>
    </w:p>
    <w:p w14:paraId="31663FF3" w14:textId="31B69407" w:rsidR="005273AC" w:rsidRPr="00CA6837" w:rsidRDefault="00000000" w:rsidP="00461228">
      <w:pPr>
        <w:ind w:right="-720"/>
        <w:rPr>
          <w:color w:val="000000" w:themeColor="text1"/>
        </w:rPr>
      </w:pPr>
      <w:r w:rsidRPr="00CA6837">
        <w:rPr>
          <w:color w:val="000000" w:themeColor="text1"/>
        </w:rPr>
        <w:t xml:space="preserve">☐ </w:t>
      </w:r>
      <w:r w:rsidR="00461228">
        <w:rPr>
          <w:color w:val="000000" w:themeColor="text1"/>
        </w:rPr>
        <w:t>Moonshot</w:t>
      </w:r>
      <w:r w:rsidRPr="00CA6837">
        <w:rPr>
          <w:color w:val="000000" w:themeColor="text1"/>
        </w:rPr>
        <w:t xml:space="preserve">   ☐ </w:t>
      </w:r>
      <w:r w:rsidR="00461228">
        <w:rPr>
          <w:color w:val="000000" w:themeColor="text1"/>
        </w:rPr>
        <w:t xml:space="preserve">Pathfinder </w:t>
      </w:r>
      <w:r w:rsidR="00461228" w:rsidRPr="00CA6837">
        <w:rPr>
          <w:color w:val="000000" w:themeColor="text1"/>
        </w:rPr>
        <w:t xml:space="preserve">☐ </w:t>
      </w:r>
      <w:r w:rsidR="00461228">
        <w:rPr>
          <w:color w:val="000000" w:themeColor="text1"/>
        </w:rPr>
        <w:t>Spark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58"/>
        <w:gridCol w:w="6187"/>
      </w:tblGrid>
      <w:tr w:rsidR="005273AC" w:rsidRPr="00CA6837" w14:paraId="761BA286" w14:textId="77777777" w:rsidTr="00461228">
        <w:trPr>
          <w:jc w:val="center"/>
        </w:trPr>
        <w:tc>
          <w:tcPr>
            <w:tcW w:w="3758" w:type="dxa"/>
          </w:tcPr>
          <w:p w14:paraId="3AB00F11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Requested Start Date</w:t>
            </w:r>
          </w:p>
        </w:tc>
        <w:tc>
          <w:tcPr>
            <w:tcW w:w="6187" w:type="dxa"/>
          </w:tcPr>
          <w:p w14:paraId="0F3EC516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5273AC" w:rsidRPr="00CA6837" w14:paraId="7B572EAE" w14:textId="77777777" w:rsidTr="00461228">
        <w:trPr>
          <w:jc w:val="center"/>
        </w:trPr>
        <w:tc>
          <w:tcPr>
            <w:tcW w:w="3758" w:type="dxa"/>
          </w:tcPr>
          <w:p w14:paraId="1D36DE1A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Requested End Date</w:t>
            </w:r>
          </w:p>
        </w:tc>
        <w:tc>
          <w:tcPr>
            <w:tcW w:w="6187" w:type="dxa"/>
          </w:tcPr>
          <w:p w14:paraId="5CF342D1" w14:textId="77777777" w:rsidR="005273AC" w:rsidRPr="00CA6837" w:rsidRDefault="005273AC">
            <w:pPr>
              <w:rPr>
                <w:color w:val="000000" w:themeColor="text1"/>
              </w:rPr>
            </w:pPr>
          </w:p>
        </w:tc>
      </w:tr>
      <w:tr w:rsidR="00461228" w:rsidRPr="00CA6837" w14:paraId="2D6A406E" w14:textId="77777777" w:rsidTr="00461228">
        <w:trPr>
          <w:jc w:val="center"/>
        </w:trPr>
        <w:tc>
          <w:tcPr>
            <w:tcW w:w="3758" w:type="dxa"/>
          </w:tcPr>
          <w:p w14:paraId="5AA6B27C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Project Duration</w:t>
            </w:r>
          </w:p>
        </w:tc>
        <w:tc>
          <w:tcPr>
            <w:tcW w:w="6187" w:type="dxa"/>
          </w:tcPr>
          <w:p w14:paraId="481A20D4" w14:textId="07712C13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☐ 1 year   ☐ 2 years   ☐ 3 years</w:t>
            </w:r>
            <w:r>
              <w:rPr>
                <w:color w:val="000000" w:themeColor="text1"/>
              </w:rPr>
              <w:t xml:space="preserve"> </w:t>
            </w:r>
            <w:r w:rsidRPr="00CA6837">
              <w:rPr>
                <w:color w:val="000000" w:themeColor="text1"/>
              </w:rPr>
              <w:t xml:space="preserve">☐ </w:t>
            </w:r>
            <w:r>
              <w:rPr>
                <w:color w:val="000000" w:themeColor="text1"/>
              </w:rPr>
              <w:t>4</w:t>
            </w:r>
            <w:r w:rsidRPr="00CA6837">
              <w:rPr>
                <w:color w:val="000000" w:themeColor="text1"/>
              </w:rPr>
              <w:t xml:space="preserve"> years</w:t>
            </w:r>
            <w:r>
              <w:rPr>
                <w:color w:val="000000" w:themeColor="text1"/>
              </w:rPr>
              <w:t xml:space="preserve"> </w:t>
            </w:r>
            <w:r w:rsidRPr="00CA6837">
              <w:rPr>
                <w:color w:val="000000" w:themeColor="text1"/>
              </w:rPr>
              <w:t xml:space="preserve">☐ </w:t>
            </w:r>
            <w:r>
              <w:rPr>
                <w:color w:val="000000" w:themeColor="text1"/>
              </w:rPr>
              <w:t>5</w:t>
            </w:r>
            <w:r w:rsidRPr="00CA6837">
              <w:rPr>
                <w:color w:val="000000" w:themeColor="text1"/>
              </w:rPr>
              <w:t xml:space="preserve"> years</w:t>
            </w:r>
          </w:p>
        </w:tc>
      </w:tr>
      <w:tr w:rsidR="00461228" w:rsidRPr="00CA6837" w14:paraId="121F2224" w14:textId="77777777" w:rsidTr="00461228">
        <w:trPr>
          <w:jc w:val="center"/>
        </w:trPr>
        <w:tc>
          <w:tcPr>
            <w:tcW w:w="3758" w:type="dxa"/>
          </w:tcPr>
          <w:p w14:paraId="60368683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Total Funding Requested</w:t>
            </w:r>
          </w:p>
        </w:tc>
        <w:tc>
          <w:tcPr>
            <w:tcW w:w="6187" w:type="dxa"/>
          </w:tcPr>
          <w:p w14:paraId="26D34587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$ __________________</w:t>
            </w:r>
          </w:p>
        </w:tc>
      </w:tr>
      <w:tr w:rsidR="00461228" w:rsidRPr="00CA6837" w14:paraId="32BFDEE1" w14:textId="77777777" w:rsidTr="00461228">
        <w:trPr>
          <w:jc w:val="center"/>
        </w:trPr>
        <w:tc>
          <w:tcPr>
            <w:tcW w:w="3758" w:type="dxa"/>
          </w:tcPr>
          <w:p w14:paraId="4F6D673D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Matching Funds</w:t>
            </w:r>
          </w:p>
        </w:tc>
        <w:tc>
          <w:tcPr>
            <w:tcW w:w="6187" w:type="dxa"/>
          </w:tcPr>
          <w:p w14:paraId="331E76C9" w14:textId="77777777" w:rsidR="00461228" w:rsidRPr="00CA6837" w:rsidRDefault="00461228" w:rsidP="0046122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$ __________________</w:t>
            </w:r>
          </w:p>
        </w:tc>
      </w:tr>
    </w:tbl>
    <w:p w14:paraId="7C01D397" w14:textId="032C8628" w:rsidR="005273AC" w:rsidRPr="00CA6837" w:rsidRDefault="00000000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>Expected Primary Outcomes</w:t>
      </w:r>
      <w:r w:rsidR="008D73A4">
        <w:rPr>
          <w:color w:val="000000" w:themeColor="text1"/>
        </w:rPr>
        <w:t xml:space="preserve"> (select all that apply)</w:t>
      </w:r>
    </w:p>
    <w:p w14:paraId="62D4C06A" w14:textId="42CF5F22" w:rsidR="005273AC" w:rsidRDefault="00000000" w:rsidP="00CA6837">
      <w:pPr>
        <w:ind w:right="360"/>
        <w:rPr>
          <w:color w:val="000000" w:themeColor="text1"/>
        </w:rPr>
      </w:pPr>
      <w:r w:rsidRPr="00CA6837">
        <w:rPr>
          <w:color w:val="000000" w:themeColor="text1"/>
        </w:rPr>
        <w:t xml:space="preserve">☐ Proof of </w:t>
      </w:r>
      <w:proofErr w:type="gramStart"/>
      <w:r w:rsidRPr="00CA6837">
        <w:rPr>
          <w:color w:val="000000" w:themeColor="text1"/>
        </w:rPr>
        <w:t>Concept  ☐</w:t>
      </w:r>
      <w:proofErr w:type="gramEnd"/>
      <w:r w:rsidRPr="00CA6837">
        <w:rPr>
          <w:color w:val="000000" w:themeColor="text1"/>
        </w:rPr>
        <w:t xml:space="preserve"> Preliminary </w:t>
      </w:r>
      <w:proofErr w:type="gramStart"/>
      <w:r w:rsidRPr="00CA6837">
        <w:rPr>
          <w:color w:val="000000" w:themeColor="text1"/>
        </w:rPr>
        <w:t>Data  ☐</w:t>
      </w:r>
      <w:proofErr w:type="gramEnd"/>
      <w:r w:rsidRPr="00CA6837">
        <w:rPr>
          <w:color w:val="000000" w:themeColor="text1"/>
        </w:rPr>
        <w:t xml:space="preserve"> </w:t>
      </w:r>
      <w:proofErr w:type="gramStart"/>
      <w:r w:rsidRPr="00CA6837">
        <w:rPr>
          <w:color w:val="000000" w:themeColor="text1"/>
        </w:rPr>
        <w:t>Publications  ☐</w:t>
      </w:r>
      <w:proofErr w:type="gramEnd"/>
      <w:r w:rsidRPr="00CA6837">
        <w:rPr>
          <w:color w:val="000000" w:themeColor="text1"/>
        </w:rPr>
        <w:t xml:space="preserve"> Prototype</w:t>
      </w:r>
      <w:r w:rsidR="00CA6837">
        <w:rPr>
          <w:color w:val="000000" w:themeColor="text1"/>
        </w:rPr>
        <w:t xml:space="preserve"> </w:t>
      </w:r>
      <w:r w:rsidRPr="00CA6837">
        <w:rPr>
          <w:color w:val="000000" w:themeColor="text1"/>
        </w:rPr>
        <w:t>☐ Patent(</w:t>
      </w:r>
      <w:proofErr w:type="gramStart"/>
      <w:r w:rsidRPr="00CA6837">
        <w:rPr>
          <w:color w:val="000000" w:themeColor="text1"/>
        </w:rPr>
        <w:t>s)  ☐</w:t>
      </w:r>
      <w:proofErr w:type="gramEnd"/>
      <w:r w:rsidRPr="00CA6837">
        <w:rPr>
          <w:color w:val="000000" w:themeColor="text1"/>
        </w:rPr>
        <w:t xml:space="preserve"> License(</w:t>
      </w:r>
      <w:proofErr w:type="gramStart"/>
      <w:r w:rsidRPr="00CA6837">
        <w:rPr>
          <w:color w:val="000000" w:themeColor="text1"/>
        </w:rPr>
        <w:t>s)  ☐</w:t>
      </w:r>
      <w:proofErr w:type="gramEnd"/>
      <w:r w:rsidRPr="00CA6837">
        <w:rPr>
          <w:color w:val="000000" w:themeColor="text1"/>
        </w:rPr>
        <w:t xml:space="preserve"> Startup </w:t>
      </w:r>
      <w:proofErr w:type="gramStart"/>
      <w:r w:rsidRPr="00CA6837">
        <w:rPr>
          <w:color w:val="000000" w:themeColor="text1"/>
        </w:rPr>
        <w:t>Company  ☐</w:t>
      </w:r>
      <w:proofErr w:type="gramEnd"/>
      <w:r w:rsidRPr="00CA6837">
        <w:rPr>
          <w:color w:val="000000" w:themeColor="text1"/>
        </w:rPr>
        <w:t xml:space="preserve"> Industry Partnership</w:t>
      </w:r>
      <w:r w:rsidR="00CA6837">
        <w:rPr>
          <w:color w:val="000000" w:themeColor="text1"/>
        </w:rPr>
        <w:t xml:space="preserve"> </w:t>
      </w:r>
      <w:r w:rsidRPr="00CA6837">
        <w:rPr>
          <w:color w:val="000000" w:themeColor="text1"/>
        </w:rPr>
        <w:t xml:space="preserve">☐ Workforce </w:t>
      </w:r>
      <w:proofErr w:type="gramStart"/>
      <w:r w:rsidRPr="00CA6837">
        <w:rPr>
          <w:color w:val="000000" w:themeColor="text1"/>
        </w:rPr>
        <w:t>Development  ☐</w:t>
      </w:r>
      <w:proofErr w:type="gramEnd"/>
      <w:r w:rsidRPr="00CA6837">
        <w:rPr>
          <w:color w:val="000000" w:themeColor="text1"/>
        </w:rPr>
        <w:t xml:space="preserve"> Public Sector Deployment</w:t>
      </w:r>
      <w:r w:rsidR="00CA6837">
        <w:rPr>
          <w:color w:val="000000" w:themeColor="text1"/>
        </w:rPr>
        <w:t xml:space="preserve"> </w:t>
      </w:r>
      <w:r w:rsidR="00CA6837">
        <w:rPr>
          <w:color w:val="000000" w:themeColor="text1"/>
        </w:rPr>
        <w:br/>
      </w:r>
      <w:r w:rsidRPr="00CA6837">
        <w:rPr>
          <w:color w:val="000000" w:themeColor="text1"/>
        </w:rPr>
        <w:t xml:space="preserve">☐ Follow-on Federal </w:t>
      </w:r>
      <w:proofErr w:type="gramStart"/>
      <w:r w:rsidRPr="00CA6837">
        <w:rPr>
          <w:color w:val="000000" w:themeColor="text1"/>
        </w:rPr>
        <w:t>Funding  ☐</w:t>
      </w:r>
      <w:proofErr w:type="gramEnd"/>
      <w:r w:rsidRPr="00CA6837">
        <w:rPr>
          <w:color w:val="000000" w:themeColor="text1"/>
        </w:rPr>
        <w:t xml:space="preserve"> Research Infrastructure</w:t>
      </w:r>
      <w:r w:rsidR="00CA6837">
        <w:rPr>
          <w:color w:val="000000" w:themeColor="text1"/>
        </w:rPr>
        <w:t xml:space="preserve"> </w:t>
      </w:r>
      <w:r w:rsidRPr="00CA6837">
        <w:rPr>
          <w:color w:val="000000" w:themeColor="text1"/>
        </w:rPr>
        <w:t xml:space="preserve">☐ Student Workforce Preparation  </w:t>
      </w:r>
      <w:r w:rsidR="00CA6837">
        <w:rPr>
          <w:color w:val="000000" w:themeColor="text1"/>
        </w:rPr>
        <w:br/>
      </w:r>
      <w:r w:rsidRPr="00CA6837">
        <w:rPr>
          <w:color w:val="000000" w:themeColor="text1"/>
        </w:rPr>
        <w:t>☐ Other: ____________</w:t>
      </w:r>
    </w:p>
    <w:p w14:paraId="4DB8C273" w14:textId="0E4F3C98" w:rsidR="00461228" w:rsidRPr="00CA6837" w:rsidRDefault="00461228" w:rsidP="00461228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>Presidential Priority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(For the </w:t>
      </w:r>
      <w:r w:rsidR="008D73A4">
        <w:rPr>
          <w:color w:val="000000" w:themeColor="text1"/>
        </w:rPr>
        <w:t>President’s</w:t>
      </w:r>
      <w:r>
        <w:rPr>
          <w:color w:val="000000" w:themeColor="text1"/>
        </w:rPr>
        <w:t xml:space="preserve"> </w:t>
      </w:r>
      <w:r w:rsidR="008D73A4">
        <w:rPr>
          <w:color w:val="000000" w:themeColor="text1"/>
        </w:rPr>
        <w:t>o</w:t>
      </w:r>
      <w:r>
        <w:rPr>
          <w:color w:val="000000" w:themeColor="text1"/>
        </w:rPr>
        <w:t>ffice)</w:t>
      </w:r>
    </w:p>
    <w:p w14:paraId="429448C7" w14:textId="17049760" w:rsidR="00461228" w:rsidRPr="00CA6837" w:rsidRDefault="00461228" w:rsidP="00461228">
      <w:pPr>
        <w:rPr>
          <w:color w:val="000000" w:themeColor="text1"/>
        </w:rPr>
      </w:pPr>
      <w:r w:rsidRPr="00CA6837">
        <w:rPr>
          <w:color w:val="000000" w:themeColor="text1"/>
        </w:rPr>
        <w:t xml:space="preserve">☐ 1   ☐ 2   ☐ 3   ☐ 4   ☐ 5   ☐ </w:t>
      </w:r>
      <w:r>
        <w:rPr>
          <w:color w:val="000000" w:themeColor="text1"/>
        </w:rPr>
        <w:t>6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7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8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9</w:t>
      </w:r>
      <w:r w:rsidRPr="00CA6837">
        <w:rPr>
          <w:color w:val="000000" w:themeColor="text1"/>
        </w:rPr>
        <w:t xml:space="preserve">   ☐</w:t>
      </w:r>
      <w:r>
        <w:rPr>
          <w:color w:val="000000" w:themeColor="text1"/>
        </w:rPr>
        <w:t xml:space="preserve"> 10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11</w:t>
      </w:r>
      <w:r w:rsidRPr="00CA6837">
        <w:rPr>
          <w:color w:val="000000" w:themeColor="text1"/>
        </w:rPr>
        <w:t xml:space="preserve">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2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3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4   ☐ </w:t>
      </w:r>
      <w:r>
        <w:rPr>
          <w:color w:val="000000" w:themeColor="text1"/>
        </w:rPr>
        <w:t>1</w:t>
      </w:r>
      <w:r w:rsidRPr="00CA6837">
        <w:rPr>
          <w:color w:val="000000" w:themeColor="text1"/>
        </w:rPr>
        <w:t xml:space="preserve">5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5"/>
        <w:gridCol w:w="4320"/>
      </w:tblGrid>
      <w:tr w:rsidR="005273AC" w:rsidRPr="00CA6837" w14:paraId="36BD33FF" w14:textId="77777777" w:rsidTr="00CA6837">
        <w:trPr>
          <w:jc w:val="center"/>
        </w:trPr>
        <w:tc>
          <w:tcPr>
            <w:tcW w:w="5625" w:type="dxa"/>
          </w:tcPr>
          <w:p w14:paraId="16E68B43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Principal Investigator</w:t>
            </w:r>
          </w:p>
        </w:tc>
        <w:tc>
          <w:tcPr>
            <w:tcW w:w="4320" w:type="dxa"/>
          </w:tcPr>
          <w:p w14:paraId="25793A45" w14:textId="4B9EE8AF" w:rsidR="005273AC" w:rsidRPr="00CA6837" w:rsidRDefault="00CA68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President</w:t>
            </w:r>
          </w:p>
        </w:tc>
      </w:tr>
      <w:tr w:rsidR="005273AC" w:rsidRPr="00CA6837" w14:paraId="390A71C8" w14:textId="77777777" w:rsidTr="00CA6837">
        <w:trPr>
          <w:jc w:val="center"/>
        </w:trPr>
        <w:tc>
          <w:tcPr>
            <w:tcW w:w="5625" w:type="dxa"/>
          </w:tcPr>
          <w:p w14:paraId="138089B1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Signature: __________________</w:t>
            </w:r>
          </w:p>
        </w:tc>
        <w:tc>
          <w:tcPr>
            <w:tcW w:w="4320" w:type="dxa"/>
          </w:tcPr>
          <w:p w14:paraId="452F0CCA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Signature: __________________</w:t>
            </w:r>
          </w:p>
        </w:tc>
      </w:tr>
      <w:tr w:rsidR="005273AC" w:rsidRPr="00CA6837" w14:paraId="4011B22A" w14:textId="77777777" w:rsidTr="00CA6837">
        <w:trPr>
          <w:jc w:val="center"/>
        </w:trPr>
        <w:tc>
          <w:tcPr>
            <w:tcW w:w="5625" w:type="dxa"/>
          </w:tcPr>
          <w:p w14:paraId="60BBDBAC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Date: __________________</w:t>
            </w:r>
          </w:p>
        </w:tc>
        <w:tc>
          <w:tcPr>
            <w:tcW w:w="4320" w:type="dxa"/>
          </w:tcPr>
          <w:p w14:paraId="21E74368" w14:textId="77777777" w:rsidR="005273AC" w:rsidRPr="00CA6837" w:rsidRDefault="00000000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Date: __________________</w:t>
            </w:r>
          </w:p>
        </w:tc>
      </w:tr>
    </w:tbl>
    <w:p w14:paraId="13DBC4FE" w14:textId="08B012FC" w:rsidR="00832A00" w:rsidRPr="00CA6837" w:rsidRDefault="00832A00" w:rsidP="00832A00">
      <w:pPr>
        <w:pStyle w:val="Heading2"/>
        <w:rPr>
          <w:color w:val="000000" w:themeColor="text1"/>
        </w:rPr>
      </w:pPr>
      <w:r w:rsidRPr="00CA6837">
        <w:rPr>
          <w:color w:val="000000" w:themeColor="text1"/>
        </w:rPr>
        <w:t xml:space="preserve">For </w:t>
      </w:r>
      <w:r w:rsidR="00461228">
        <w:rPr>
          <w:color w:val="000000" w:themeColor="text1"/>
        </w:rPr>
        <w:t>Nucleus</w:t>
      </w:r>
      <w:r w:rsidRPr="00CA6837">
        <w:rPr>
          <w:color w:val="000000" w:themeColor="text1"/>
        </w:rPr>
        <w:t xml:space="preserve">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4"/>
        <w:gridCol w:w="2147"/>
        <w:gridCol w:w="2135"/>
        <w:gridCol w:w="3564"/>
      </w:tblGrid>
      <w:tr w:rsidR="00832A00" w:rsidRPr="00CA6837" w14:paraId="50152318" w14:textId="77777777" w:rsidTr="009043C8">
        <w:tc>
          <w:tcPr>
            <w:tcW w:w="2160" w:type="dxa"/>
          </w:tcPr>
          <w:p w14:paraId="7120FD24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Proposal ID</w:t>
            </w:r>
          </w:p>
        </w:tc>
        <w:tc>
          <w:tcPr>
            <w:tcW w:w="2160" w:type="dxa"/>
          </w:tcPr>
          <w:p w14:paraId="199C491D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Date Received</w:t>
            </w:r>
          </w:p>
        </w:tc>
        <w:tc>
          <w:tcPr>
            <w:tcW w:w="2160" w:type="dxa"/>
          </w:tcPr>
          <w:p w14:paraId="1BAD9AC1" w14:textId="77777777" w:rsidR="00832A00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Eligibility Verified</w:t>
            </w:r>
          </w:p>
          <w:p w14:paraId="6E16A0F2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3618" w:type="dxa"/>
          </w:tcPr>
          <w:p w14:paraId="75296503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Assigned Review Panel</w:t>
            </w:r>
          </w:p>
        </w:tc>
      </w:tr>
      <w:tr w:rsidR="00832A00" w:rsidRPr="00CA6837" w14:paraId="3DCF2B2D" w14:textId="77777777" w:rsidTr="00832A00">
        <w:trPr>
          <w:trHeight w:val="620"/>
        </w:trPr>
        <w:tc>
          <w:tcPr>
            <w:tcW w:w="2160" w:type="dxa"/>
          </w:tcPr>
          <w:p w14:paraId="55F02510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Final Score</w:t>
            </w:r>
          </w:p>
        </w:tc>
        <w:tc>
          <w:tcPr>
            <w:tcW w:w="2160" w:type="dxa"/>
          </w:tcPr>
          <w:p w14:paraId="78CAAC61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 xml:space="preserve">Recommended Award: </w:t>
            </w:r>
            <w:r w:rsidRPr="00CA6837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CA6837">
              <w:rPr>
                <w:color w:val="000000" w:themeColor="text1"/>
              </w:rPr>
              <w:t xml:space="preserve"> Yes </w:t>
            </w:r>
            <w:r w:rsidRPr="00CA6837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CA6837">
              <w:rPr>
                <w:color w:val="000000" w:themeColor="text1"/>
              </w:rPr>
              <w:t xml:space="preserve"> No</w:t>
            </w:r>
          </w:p>
        </w:tc>
        <w:tc>
          <w:tcPr>
            <w:tcW w:w="2160" w:type="dxa"/>
          </w:tcPr>
          <w:p w14:paraId="1243EFB7" w14:textId="77777777" w:rsidR="00832A00" w:rsidRPr="00CA6837" w:rsidRDefault="00832A00" w:rsidP="009043C8">
            <w:pPr>
              <w:rPr>
                <w:color w:val="000000" w:themeColor="text1"/>
              </w:rPr>
            </w:pPr>
            <w:r w:rsidRPr="00CA6837">
              <w:rPr>
                <w:color w:val="000000" w:themeColor="text1"/>
              </w:rPr>
              <w:t>Award Amount: $</w:t>
            </w:r>
          </w:p>
        </w:tc>
        <w:tc>
          <w:tcPr>
            <w:tcW w:w="3618" w:type="dxa"/>
          </w:tcPr>
          <w:p w14:paraId="534FF74D" w14:textId="77777777" w:rsidR="00832A00" w:rsidRPr="00CA6837" w:rsidRDefault="00832A00" w:rsidP="009043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Committee Action Date:</w:t>
            </w:r>
          </w:p>
        </w:tc>
      </w:tr>
    </w:tbl>
    <w:p w14:paraId="76EA4165" w14:textId="77777777" w:rsidR="00832A00" w:rsidRPr="00CA6837" w:rsidRDefault="00832A00" w:rsidP="00832A00">
      <w:pPr>
        <w:rPr>
          <w:color w:val="000000" w:themeColor="text1"/>
        </w:rPr>
      </w:pPr>
    </w:p>
    <w:sectPr w:rsidR="00832A00" w:rsidRPr="00CA6837" w:rsidSect="00832A00">
      <w:pgSz w:w="12240" w:h="15840"/>
      <w:pgMar w:top="1116" w:right="1170" w:bottom="119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1D665A" w14:textId="77777777" w:rsidR="00863D8C" w:rsidRDefault="00863D8C" w:rsidP="00CA6837">
      <w:pPr>
        <w:spacing w:after="0" w:line="240" w:lineRule="auto"/>
      </w:pPr>
      <w:r>
        <w:separator/>
      </w:r>
    </w:p>
  </w:endnote>
  <w:endnote w:type="continuationSeparator" w:id="0">
    <w:p w14:paraId="5E4B247A" w14:textId="77777777" w:rsidR="00863D8C" w:rsidRDefault="00863D8C" w:rsidP="00CA6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0913B1" w14:textId="77777777" w:rsidR="00863D8C" w:rsidRDefault="00863D8C" w:rsidP="00CA6837">
      <w:pPr>
        <w:spacing w:after="0" w:line="240" w:lineRule="auto"/>
      </w:pPr>
      <w:r>
        <w:separator/>
      </w:r>
    </w:p>
  </w:footnote>
  <w:footnote w:type="continuationSeparator" w:id="0">
    <w:p w14:paraId="78B5147C" w14:textId="77777777" w:rsidR="00863D8C" w:rsidRDefault="00863D8C" w:rsidP="00CA6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7365112">
    <w:abstractNumId w:val="8"/>
  </w:num>
  <w:num w:numId="2" w16cid:durableId="752550628">
    <w:abstractNumId w:val="6"/>
  </w:num>
  <w:num w:numId="3" w16cid:durableId="1555311570">
    <w:abstractNumId w:val="5"/>
  </w:num>
  <w:num w:numId="4" w16cid:durableId="515654890">
    <w:abstractNumId w:val="4"/>
  </w:num>
  <w:num w:numId="5" w16cid:durableId="1537229669">
    <w:abstractNumId w:val="7"/>
  </w:num>
  <w:num w:numId="6" w16cid:durableId="1209148220">
    <w:abstractNumId w:val="3"/>
  </w:num>
  <w:num w:numId="7" w16cid:durableId="683945821">
    <w:abstractNumId w:val="2"/>
  </w:num>
  <w:num w:numId="8" w16cid:durableId="846559183">
    <w:abstractNumId w:val="1"/>
  </w:num>
  <w:num w:numId="9" w16cid:durableId="13804761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4974"/>
    <w:rsid w:val="00461228"/>
    <w:rsid w:val="005273AC"/>
    <w:rsid w:val="005C6BCE"/>
    <w:rsid w:val="007902AA"/>
    <w:rsid w:val="00832A00"/>
    <w:rsid w:val="00863D8C"/>
    <w:rsid w:val="008D73A4"/>
    <w:rsid w:val="00AA1D8D"/>
    <w:rsid w:val="00B47730"/>
    <w:rsid w:val="00BA7A7A"/>
    <w:rsid w:val="00CA6837"/>
    <w:rsid w:val="00CB0664"/>
    <w:rsid w:val="00D46F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212F9B"/>
  <w14:defaultImageDpi w14:val="300"/>
  <w15:docId w15:val="{0BBE347C-860B-DB45-AE5A-44F479F3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893F2FB5AE24EA2AAB66F098FAAE3" ma:contentTypeVersion="21" ma:contentTypeDescription="Create a new document." ma:contentTypeScope="" ma:versionID="207d614ee018ec7c48780fca085dbaab">
  <xsd:schema xmlns:xsd="http://www.w3.org/2001/XMLSchema" xmlns:xs="http://www.w3.org/2001/XMLSchema" xmlns:p="http://schemas.microsoft.com/office/2006/metadata/properties" xmlns:ns1="http://schemas.microsoft.com/sharepoint/v3" xmlns:ns2="7eff1f7f-dcbe-4083-b91e-b149a97b3ab4" xmlns:ns3="000b84e1-aa50-464c-9b6c-6907c8c620ba" targetNamespace="http://schemas.microsoft.com/office/2006/metadata/properties" ma:root="true" ma:fieldsID="acb08d0113f1831e96bf1361ebd64892" ns1:_="" ns2:_="" ns3:_="">
    <xsd:import namespace="http://schemas.microsoft.com/sharepoint/v3"/>
    <xsd:import namespace="7eff1f7f-dcbe-4083-b91e-b149a97b3ab4"/>
    <xsd:import namespace="000b84e1-aa50-464c-9b6c-6907c8c62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f1f7f-dcbe-4083-b91e-b149a97b3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159821-6d6e-49ec-801b-07117c1987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b84e1-aa50-464c-9b6c-6907c8c62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e92b68-d7b3-4359-858e-2b257938949e}" ma:internalName="TaxCatchAll" ma:showField="CatchAllData" ma:web="000b84e1-aa50-464c-9b6c-6907c8c62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f1f7f-dcbe-4083-b91e-b149a97b3ab4">
      <Terms xmlns="http://schemas.microsoft.com/office/infopath/2007/PartnerControls"/>
    </lcf76f155ced4ddcb4097134ff3c332f>
    <_ip_UnifiedCompliancePolicyUIAction xmlns="http://schemas.microsoft.com/sharepoint/v3" xsi:nil="true"/>
    <TaxCatchAll xmlns="000b84e1-aa50-464c-9b6c-6907c8c620ba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6443D8-C77B-4920-BF1F-E6A9EAD645A7}"/>
</file>

<file path=customXml/itemProps3.xml><?xml version="1.0" encoding="utf-8"?>
<ds:datastoreItem xmlns:ds="http://schemas.openxmlformats.org/officeDocument/2006/customXml" ds:itemID="{4546AB88-2508-45D7-AC44-2F5859456F7C}"/>
</file>

<file path=customXml/itemProps4.xml><?xml version="1.0" encoding="utf-8"?>
<ds:datastoreItem xmlns:ds="http://schemas.openxmlformats.org/officeDocument/2006/customXml" ds:itemID="{9CD9AD80-6583-4D23-8809-710456EEE420}"/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Smith</cp:lastModifiedBy>
  <cp:revision>2</cp:revision>
  <dcterms:created xsi:type="dcterms:W3CDTF">2026-08-14T15:03:00Z</dcterms:created>
  <dcterms:modified xsi:type="dcterms:W3CDTF">2026-08-14T15:03:00Z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0x010100962893F2FB5AE24EA2AAB66F098FAAE3</vt:lpwstr>
  </property>
</Properties>
</file>